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E2577" w14:textId="7F366E8D" w:rsidR="002861D1" w:rsidRPr="00DD7514" w:rsidRDefault="00000000">
      <w:pPr>
        <w:rPr>
          <w:rFonts w:ascii="Times New Roman" w:hAnsi="Times New Roman" w:cs="Times New Roman"/>
          <w:sz w:val="28"/>
          <w:szCs w:val="28"/>
        </w:rPr>
      </w:pPr>
      <w:r w:rsidRPr="00DD7514">
        <w:rPr>
          <w:rFonts w:ascii="Times New Roman" w:hAnsi="Times New Roman" w:cs="Times New Roman"/>
          <w:sz w:val="28"/>
          <w:szCs w:val="28"/>
        </w:rPr>
        <w:t>Date:</w:t>
      </w:r>
      <w:r w:rsidR="00DD751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3FFFD9" w14:textId="77777777" w:rsidR="002861D1" w:rsidRPr="00DD7514" w:rsidRDefault="00000000" w:rsidP="00DD7514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DD7514">
        <w:rPr>
          <w:rFonts w:ascii="Times New Roman" w:hAnsi="Times New Roman" w:cs="Times New Roman"/>
          <w:sz w:val="28"/>
          <w:szCs w:val="28"/>
        </w:rPr>
        <w:t>The President</w:t>
      </w:r>
    </w:p>
    <w:p w14:paraId="78471BD1" w14:textId="77777777" w:rsidR="002861D1" w:rsidRPr="00DD7514" w:rsidRDefault="00000000" w:rsidP="00DD7514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DD7514">
        <w:rPr>
          <w:rFonts w:ascii="Times New Roman" w:hAnsi="Times New Roman" w:cs="Times New Roman"/>
          <w:sz w:val="28"/>
          <w:szCs w:val="28"/>
        </w:rPr>
        <w:t>Lions Club of Colombo LEADS</w:t>
      </w:r>
    </w:p>
    <w:p w14:paraId="232334D7" w14:textId="1D564120" w:rsidR="002861D1" w:rsidRDefault="00000000" w:rsidP="00DD7514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DD7514">
        <w:rPr>
          <w:rFonts w:ascii="Times New Roman" w:hAnsi="Times New Roman" w:cs="Times New Roman"/>
          <w:sz w:val="28"/>
          <w:szCs w:val="28"/>
        </w:rPr>
        <w:t>Colombo, Sri Lanka.</w:t>
      </w:r>
    </w:p>
    <w:p w14:paraId="431DB386" w14:textId="77777777" w:rsidR="00DD7514" w:rsidRPr="00DD7514" w:rsidRDefault="00DD7514" w:rsidP="00DD7514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0704E5CB" w14:textId="657D070D" w:rsidR="002861D1" w:rsidRPr="00DD7514" w:rsidRDefault="00000000">
      <w:pPr>
        <w:rPr>
          <w:rFonts w:ascii="Times New Roman" w:hAnsi="Times New Roman" w:cs="Times New Roman"/>
          <w:sz w:val="28"/>
          <w:szCs w:val="28"/>
        </w:rPr>
      </w:pPr>
      <w:r w:rsidRPr="00DD7514">
        <w:rPr>
          <w:rFonts w:ascii="Times New Roman" w:hAnsi="Times New Roman" w:cs="Times New Roman"/>
          <w:sz w:val="28"/>
          <w:szCs w:val="28"/>
        </w:rPr>
        <w:t>Dear President,</w:t>
      </w:r>
    </w:p>
    <w:p w14:paraId="5C64BF51" w14:textId="088462BB" w:rsidR="002861D1" w:rsidRPr="00DD7514" w:rsidRDefault="00000000" w:rsidP="00DD7514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D7514">
        <w:rPr>
          <w:rFonts w:ascii="Times New Roman" w:hAnsi="Times New Roman" w:cs="Times New Roman"/>
          <w:b/>
          <w:sz w:val="28"/>
          <w:szCs w:val="28"/>
          <w:u w:val="single"/>
        </w:rPr>
        <w:t>REQUEST FOR FREE SPECTACLES FOR A SCHOOL CHILD</w:t>
      </w:r>
    </w:p>
    <w:p w14:paraId="200C6596" w14:textId="77777777" w:rsidR="002861D1" w:rsidRPr="00DD7514" w:rsidRDefault="00000000" w:rsidP="00DD7514">
      <w:pPr>
        <w:jc w:val="both"/>
        <w:rPr>
          <w:rFonts w:ascii="Times New Roman" w:hAnsi="Times New Roman" w:cs="Times New Roman"/>
          <w:sz w:val="28"/>
          <w:szCs w:val="28"/>
        </w:rPr>
      </w:pPr>
      <w:r w:rsidRPr="00DD7514">
        <w:rPr>
          <w:rFonts w:ascii="Times New Roman" w:hAnsi="Times New Roman" w:cs="Times New Roman"/>
          <w:sz w:val="28"/>
          <w:szCs w:val="28"/>
        </w:rPr>
        <w:t>This is to certify that [Name of Student], a student of Grade [Grade] at [Name of School], has been identified as experiencing difficulties with his/her vision.</w:t>
      </w:r>
    </w:p>
    <w:p w14:paraId="16A1F932" w14:textId="77777777" w:rsidR="002861D1" w:rsidRPr="00DD7514" w:rsidRDefault="00000000" w:rsidP="00DD7514">
      <w:pPr>
        <w:jc w:val="both"/>
        <w:rPr>
          <w:rFonts w:ascii="Times New Roman" w:hAnsi="Times New Roman" w:cs="Times New Roman"/>
          <w:sz w:val="28"/>
          <w:szCs w:val="28"/>
        </w:rPr>
      </w:pPr>
      <w:r w:rsidRPr="00DD7514">
        <w:rPr>
          <w:rFonts w:ascii="Times New Roman" w:hAnsi="Times New Roman" w:cs="Times New Roman"/>
          <w:sz w:val="28"/>
          <w:szCs w:val="28"/>
        </w:rPr>
        <w:t>The school supports the student's request to obtain spectacles through the Free Spectacles Programme conducted by the Lions Club of Colombo LEADS.</w:t>
      </w:r>
    </w:p>
    <w:p w14:paraId="5EE1B480" w14:textId="77777777" w:rsidR="002861D1" w:rsidRPr="00DD7514" w:rsidRDefault="00000000" w:rsidP="00DD7514">
      <w:pPr>
        <w:jc w:val="both"/>
        <w:rPr>
          <w:rFonts w:ascii="Times New Roman" w:hAnsi="Times New Roman" w:cs="Times New Roman"/>
          <w:sz w:val="28"/>
          <w:szCs w:val="28"/>
        </w:rPr>
      </w:pPr>
      <w:r w:rsidRPr="00DD7514">
        <w:rPr>
          <w:rFonts w:ascii="Times New Roman" w:hAnsi="Times New Roman" w:cs="Times New Roman"/>
          <w:sz w:val="28"/>
          <w:szCs w:val="28"/>
        </w:rPr>
        <w:t>We kindly request the Lions Club of Colombo LEADS to consider providing spectacles to the above student, subject to the necessary eye examination and assessment by the relevant professionals.</w:t>
      </w:r>
    </w:p>
    <w:p w14:paraId="13D67B54" w14:textId="77777777" w:rsidR="002861D1" w:rsidRPr="00DD7514" w:rsidRDefault="00000000" w:rsidP="00DD7514">
      <w:pPr>
        <w:jc w:val="both"/>
        <w:rPr>
          <w:rFonts w:ascii="Times New Roman" w:hAnsi="Times New Roman" w:cs="Times New Roman"/>
          <w:sz w:val="28"/>
          <w:szCs w:val="28"/>
        </w:rPr>
      </w:pPr>
      <w:r w:rsidRPr="00DD7514">
        <w:rPr>
          <w:rFonts w:ascii="Times New Roman" w:hAnsi="Times New Roman" w:cs="Times New Roman"/>
          <w:sz w:val="28"/>
          <w:szCs w:val="28"/>
        </w:rPr>
        <w:t>We appreciate the valuable service provided by the Lions Club of Colombo LEADS in supporting the wellbeing and education of children in need.</w:t>
      </w:r>
    </w:p>
    <w:p w14:paraId="2645FD6A" w14:textId="77777777" w:rsidR="002861D1" w:rsidRPr="00DD7514" w:rsidRDefault="00000000" w:rsidP="00DD7514">
      <w:pPr>
        <w:jc w:val="both"/>
        <w:rPr>
          <w:rFonts w:ascii="Times New Roman" w:hAnsi="Times New Roman" w:cs="Times New Roman"/>
          <w:sz w:val="28"/>
          <w:szCs w:val="28"/>
        </w:rPr>
      </w:pPr>
      <w:r w:rsidRPr="00DD7514">
        <w:rPr>
          <w:rFonts w:ascii="Times New Roman" w:hAnsi="Times New Roman" w:cs="Times New Roman"/>
          <w:sz w:val="28"/>
          <w:szCs w:val="28"/>
        </w:rPr>
        <w:t>Thank you for your kind consideration and support.</w:t>
      </w:r>
    </w:p>
    <w:p w14:paraId="66179250" w14:textId="77777777" w:rsidR="002861D1" w:rsidRPr="00DD7514" w:rsidRDefault="002861D1">
      <w:pPr>
        <w:rPr>
          <w:rFonts w:ascii="Times New Roman" w:hAnsi="Times New Roman" w:cs="Times New Roman"/>
          <w:sz w:val="28"/>
          <w:szCs w:val="28"/>
        </w:rPr>
      </w:pPr>
    </w:p>
    <w:p w14:paraId="3154F9DB" w14:textId="77777777" w:rsidR="002861D1" w:rsidRPr="00DD7514" w:rsidRDefault="00000000">
      <w:pPr>
        <w:rPr>
          <w:rFonts w:ascii="Times New Roman" w:hAnsi="Times New Roman" w:cs="Times New Roman"/>
          <w:sz w:val="28"/>
          <w:szCs w:val="28"/>
        </w:rPr>
      </w:pPr>
      <w:r w:rsidRPr="00DD7514">
        <w:rPr>
          <w:rFonts w:ascii="Times New Roman" w:hAnsi="Times New Roman" w:cs="Times New Roman"/>
          <w:sz w:val="28"/>
          <w:szCs w:val="28"/>
        </w:rPr>
        <w:t>Yours faithfully,</w:t>
      </w:r>
    </w:p>
    <w:p w14:paraId="24020487" w14:textId="77777777" w:rsidR="002861D1" w:rsidRPr="00DD7514" w:rsidRDefault="002861D1">
      <w:pPr>
        <w:rPr>
          <w:rFonts w:ascii="Times New Roman" w:hAnsi="Times New Roman" w:cs="Times New Roman"/>
          <w:sz w:val="28"/>
          <w:szCs w:val="28"/>
        </w:rPr>
      </w:pPr>
    </w:p>
    <w:p w14:paraId="7C746AD5" w14:textId="6E15C18C" w:rsidR="002861D1" w:rsidRPr="00DD7514" w:rsidRDefault="00DD75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</w:t>
      </w:r>
    </w:p>
    <w:p w14:paraId="19336BA3" w14:textId="62A7960D" w:rsidR="002861D1" w:rsidRPr="00DD7514" w:rsidRDefault="00000000" w:rsidP="00DD7514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DD7514">
        <w:rPr>
          <w:rFonts w:ascii="Times New Roman" w:hAnsi="Times New Roman" w:cs="Times New Roman"/>
          <w:sz w:val="28"/>
          <w:szCs w:val="28"/>
        </w:rPr>
        <w:t>Principal /</w:t>
      </w:r>
      <w:r w:rsidR="00DD7514">
        <w:rPr>
          <w:rFonts w:ascii="Times New Roman" w:hAnsi="Times New Roman" w:cs="Times New Roman"/>
          <w:sz w:val="28"/>
          <w:szCs w:val="28"/>
        </w:rPr>
        <w:t xml:space="preserve"> </w:t>
      </w:r>
      <w:r w:rsidRPr="00DD7514">
        <w:rPr>
          <w:rFonts w:ascii="Times New Roman" w:hAnsi="Times New Roman" w:cs="Times New Roman"/>
          <w:sz w:val="28"/>
          <w:szCs w:val="28"/>
        </w:rPr>
        <w:t>Authorized Officer</w:t>
      </w:r>
    </w:p>
    <w:p w14:paraId="64B5023C" w14:textId="78205D56" w:rsidR="002861D1" w:rsidRPr="00DD7514" w:rsidRDefault="00000000" w:rsidP="00DD7514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DD7514">
        <w:rPr>
          <w:rFonts w:ascii="Times New Roman" w:hAnsi="Times New Roman" w:cs="Times New Roman"/>
          <w:sz w:val="28"/>
          <w:szCs w:val="28"/>
        </w:rPr>
        <w:t xml:space="preserve">Name: </w:t>
      </w:r>
      <w:r w:rsidR="00DD7514">
        <w:rPr>
          <w:rFonts w:ascii="Times New Roman" w:hAnsi="Times New Roman" w:cs="Times New Roman"/>
          <w:sz w:val="28"/>
          <w:szCs w:val="28"/>
        </w:rPr>
        <w:t>……………………………</w:t>
      </w:r>
    </w:p>
    <w:p w14:paraId="0F23B694" w14:textId="72CB8866" w:rsidR="002861D1" w:rsidRPr="00DD7514" w:rsidRDefault="00000000" w:rsidP="00DD7514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DD7514">
        <w:rPr>
          <w:rFonts w:ascii="Times New Roman" w:hAnsi="Times New Roman" w:cs="Times New Roman"/>
          <w:sz w:val="28"/>
          <w:szCs w:val="28"/>
        </w:rPr>
        <w:t xml:space="preserve">Designation: </w:t>
      </w:r>
      <w:r w:rsidR="00DD7514">
        <w:rPr>
          <w:rFonts w:ascii="Times New Roman" w:hAnsi="Times New Roman" w:cs="Times New Roman"/>
          <w:sz w:val="28"/>
          <w:szCs w:val="28"/>
        </w:rPr>
        <w:t>…………………</w:t>
      </w:r>
      <w:proofErr w:type="gramStart"/>
      <w:r w:rsidR="00DD7514">
        <w:rPr>
          <w:rFonts w:ascii="Times New Roman" w:hAnsi="Times New Roman" w:cs="Times New Roman"/>
          <w:sz w:val="28"/>
          <w:szCs w:val="28"/>
        </w:rPr>
        <w:t>…..</w:t>
      </w:r>
      <w:proofErr w:type="gramEnd"/>
    </w:p>
    <w:p w14:paraId="68200C20" w14:textId="77777777" w:rsidR="002861D1" w:rsidRPr="00DD7514" w:rsidRDefault="00000000" w:rsidP="00DD7514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DD7514">
        <w:rPr>
          <w:rFonts w:ascii="Times New Roman" w:hAnsi="Times New Roman" w:cs="Times New Roman"/>
          <w:sz w:val="28"/>
          <w:szCs w:val="28"/>
        </w:rPr>
        <w:t>[Name of School]</w:t>
      </w:r>
    </w:p>
    <w:p w14:paraId="307E28F4" w14:textId="77777777" w:rsidR="002861D1" w:rsidRPr="00DD7514" w:rsidRDefault="002861D1" w:rsidP="00DD7514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72F5DFBF" w14:textId="21FE45D0" w:rsidR="002861D1" w:rsidRPr="00DD7514" w:rsidRDefault="00000000" w:rsidP="00DD7514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DD7514">
        <w:rPr>
          <w:rFonts w:ascii="Times New Roman" w:hAnsi="Times New Roman" w:cs="Times New Roman"/>
          <w:sz w:val="28"/>
          <w:szCs w:val="28"/>
        </w:rPr>
        <w:t xml:space="preserve">School Stamp: </w:t>
      </w:r>
    </w:p>
    <w:sectPr w:rsidR="002861D1" w:rsidRPr="00DD751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39547644">
    <w:abstractNumId w:val="8"/>
  </w:num>
  <w:num w:numId="2" w16cid:durableId="1152601280">
    <w:abstractNumId w:val="6"/>
  </w:num>
  <w:num w:numId="3" w16cid:durableId="1488783862">
    <w:abstractNumId w:val="5"/>
  </w:num>
  <w:num w:numId="4" w16cid:durableId="2030909815">
    <w:abstractNumId w:val="4"/>
  </w:num>
  <w:num w:numId="5" w16cid:durableId="1489981052">
    <w:abstractNumId w:val="7"/>
  </w:num>
  <w:num w:numId="6" w16cid:durableId="789856307">
    <w:abstractNumId w:val="3"/>
  </w:num>
  <w:num w:numId="7" w16cid:durableId="977997075">
    <w:abstractNumId w:val="2"/>
  </w:num>
  <w:num w:numId="8" w16cid:durableId="1729569919">
    <w:abstractNumId w:val="1"/>
  </w:num>
  <w:num w:numId="9" w16cid:durableId="525140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2960"/>
    <w:rsid w:val="002861D1"/>
    <w:rsid w:val="0029639D"/>
    <w:rsid w:val="00326F90"/>
    <w:rsid w:val="00AA1D8D"/>
    <w:rsid w:val="00B47730"/>
    <w:rsid w:val="00CB0664"/>
    <w:rsid w:val="00DD751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45BD50"/>
  <w14:defaultImageDpi w14:val="300"/>
  <w15:docId w15:val="{D1ACF0D1-76F2-4BA4-B8BB-3375C179F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Subhashi Karunaratne</cp:lastModifiedBy>
  <cp:revision>2</cp:revision>
  <dcterms:created xsi:type="dcterms:W3CDTF">2013-12-23T23:15:00Z</dcterms:created>
  <dcterms:modified xsi:type="dcterms:W3CDTF">2026-09-18T07:20:00Z</dcterms:modified>
  <cp:category/>
</cp:coreProperties>
</file>