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62EFB" w14:textId="1C1E497F" w:rsidR="000A1FAC" w:rsidRPr="00D31DBE" w:rsidRDefault="00000000">
      <w:pPr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>Date:</w:t>
      </w:r>
    </w:p>
    <w:p w14:paraId="0DF5398A" w14:textId="77777777" w:rsidR="000A1FAC" w:rsidRPr="00D31DBE" w:rsidRDefault="00000000" w:rsidP="00D31DB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>The President</w:t>
      </w:r>
    </w:p>
    <w:p w14:paraId="13AD1B42" w14:textId="77777777" w:rsidR="000A1FAC" w:rsidRPr="00D31DBE" w:rsidRDefault="00000000" w:rsidP="00D31DB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>Lions Club of Colombo LEADS</w:t>
      </w:r>
    </w:p>
    <w:p w14:paraId="31DE1E95" w14:textId="611ACA00" w:rsidR="000A1FAC" w:rsidRDefault="00000000" w:rsidP="00D31DB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>Colombo, Sri Lanka.</w:t>
      </w:r>
    </w:p>
    <w:p w14:paraId="1620CBC6" w14:textId="77777777" w:rsidR="00D31DBE" w:rsidRPr="00D31DBE" w:rsidRDefault="00D31DBE" w:rsidP="00D31DB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13390CF" w14:textId="033635A3" w:rsidR="000A1FAC" w:rsidRPr="00D31DBE" w:rsidRDefault="00000000">
      <w:pPr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>Dear President,</w:t>
      </w:r>
    </w:p>
    <w:p w14:paraId="1B77D743" w14:textId="51B4655C" w:rsidR="000A1FAC" w:rsidRPr="00D31DBE" w:rsidRDefault="00000000" w:rsidP="00D31DB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1DBE">
        <w:rPr>
          <w:rFonts w:ascii="Times New Roman" w:hAnsi="Times New Roman" w:cs="Times New Roman"/>
          <w:b/>
          <w:sz w:val="28"/>
          <w:szCs w:val="28"/>
          <w:u w:val="single"/>
        </w:rPr>
        <w:t>REQUEST FOR FREE SPECTACLES FOR SCHOOL STUDENTS</w:t>
      </w:r>
    </w:p>
    <w:p w14:paraId="5F89E4CD" w14:textId="77777777" w:rsidR="000A1FAC" w:rsidRPr="00D31DBE" w:rsidRDefault="00000000" w:rsidP="00D31DBE">
      <w:pPr>
        <w:jc w:val="both"/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>We hereby submit the attached list of students from [Name of School] who have been identified as experiencing difficulties with their vision and may require spectacles.</w:t>
      </w:r>
    </w:p>
    <w:p w14:paraId="481B86E8" w14:textId="77777777" w:rsidR="000A1FAC" w:rsidRPr="00D31DBE" w:rsidRDefault="00000000" w:rsidP="00D31DBE">
      <w:pPr>
        <w:jc w:val="both"/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>The school supports these students' requests to obtain spectacles through the Free Spectacles Programme conducted by the Lions Club of Colombo LEADS.</w:t>
      </w:r>
    </w:p>
    <w:p w14:paraId="6313447A" w14:textId="77777777" w:rsidR="000A1FAC" w:rsidRPr="00D31DBE" w:rsidRDefault="00000000" w:rsidP="00D31DBE">
      <w:pPr>
        <w:jc w:val="both"/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>We kindly request the Lions Club of Colombo LEADS to consider providing spectacles to the students listed, subject to the necessary eye examinations and assessments by the relevant professionals.</w:t>
      </w:r>
    </w:p>
    <w:p w14:paraId="7536E01F" w14:textId="77777777" w:rsidR="000A1FAC" w:rsidRPr="00D31DBE" w:rsidRDefault="00000000" w:rsidP="00D31DBE">
      <w:pPr>
        <w:jc w:val="both"/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>We appreciate the valuable service provided by the Lions Club of Colombo LEADS in supporting the wellbeing and education of children in need.</w:t>
      </w:r>
    </w:p>
    <w:p w14:paraId="3A2AFB99" w14:textId="0A5E3BFD" w:rsidR="000A1FAC" w:rsidRPr="00D31DBE" w:rsidRDefault="00000000" w:rsidP="00D31DBE">
      <w:pPr>
        <w:jc w:val="both"/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>Thank you for your kind consideration and support.</w:t>
      </w:r>
    </w:p>
    <w:p w14:paraId="702383D8" w14:textId="77777777" w:rsidR="00D31DBE" w:rsidRDefault="00D31DBE">
      <w:pPr>
        <w:rPr>
          <w:rFonts w:ascii="Times New Roman" w:hAnsi="Times New Roman" w:cs="Times New Roman"/>
          <w:sz w:val="28"/>
          <w:szCs w:val="28"/>
        </w:rPr>
      </w:pPr>
    </w:p>
    <w:p w14:paraId="1E02FD3E" w14:textId="19E48DE0" w:rsidR="000A1FAC" w:rsidRPr="00D31DBE" w:rsidRDefault="00000000">
      <w:pPr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>Yours faithfully,</w:t>
      </w:r>
    </w:p>
    <w:p w14:paraId="73B9F322" w14:textId="77777777" w:rsidR="000A1FAC" w:rsidRPr="00D31DBE" w:rsidRDefault="000A1FAC">
      <w:pPr>
        <w:rPr>
          <w:rFonts w:ascii="Times New Roman" w:hAnsi="Times New Roman" w:cs="Times New Roman"/>
          <w:sz w:val="28"/>
          <w:szCs w:val="28"/>
        </w:rPr>
      </w:pPr>
    </w:p>
    <w:p w14:paraId="3FB167B9" w14:textId="52185413" w:rsidR="000A1FAC" w:rsidRPr="00D31DBE" w:rsidRDefault="00D31DBE" w:rsidP="00D31DB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>………………………………</w:t>
      </w:r>
    </w:p>
    <w:p w14:paraId="13E4EE2A" w14:textId="77777777" w:rsidR="000A1FAC" w:rsidRPr="00D31DBE" w:rsidRDefault="00000000" w:rsidP="00D31DB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>Principal / Authorized Officer</w:t>
      </w:r>
    </w:p>
    <w:p w14:paraId="50917F73" w14:textId="7C7637DD" w:rsidR="000A1FAC" w:rsidRPr="00D31DBE" w:rsidRDefault="00000000" w:rsidP="00D31DB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 xml:space="preserve">Name: </w:t>
      </w:r>
      <w:r w:rsidR="00D923AD">
        <w:rPr>
          <w:rFonts w:ascii="Times New Roman" w:hAnsi="Times New Roman" w:cs="Times New Roman"/>
          <w:sz w:val="28"/>
          <w:szCs w:val="28"/>
        </w:rPr>
        <w:t>……………………………</w:t>
      </w:r>
    </w:p>
    <w:p w14:paraId="78D32F79" w14:textId="526C722F" w:rsidR="000A1FAC" w:rsidRPr="00D31DBE" w:rsidRDefault="00000000" w:rsidP="00D31DB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 xml:space="preserve">Designation: </w:t>
      </w:r>
      <w:r w:rsidR="00D923AD">
        <w:rPr>
          <w:rFonts w:ascii="Times New Roman" w:hAnsi="Times New Roman" w:cs="Times New Roman"/>
          <w:sz w:val="28"/>
          <w:szCs w:val="28"/>
        </w:rPr>
        <w:t>……………………..</w:t>
      </w:r>
    </w:p>
    <w:p w14:paraId="58D126D9" w14:textId="77777777" w:rsidR="000A1FAC" w:rsidRPr="00D31DBE" w:rsidRDefault="00000000" w:rsidP="00D31DB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>[Name of School]</w:t>
      </w:r>
    </w:p>
    <w:p w14:paraId="6ACC3044" w14:textId="77777777" w:rsidR="000A1FAC" w:rsidRPr="00D31DBE" w:rsidRDefault="000A1FAC" w:rsidP="00D31DB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6648DF3" w14:textId="68A99D8A" w:rsidR="000A1FAC" w:rsidRPr="00D31DBE" w:rsidRDefault="00000000" w:rsidP="00D31DB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</w:rPr>
        <w:t xml:space="preserve">School Stamp: </w:t>
      </w:r>
    </w:p>
    <w:p w14:paraId="7C00E4F9" w14:textId="77777777" w:rsidR="00D31DBE" w:rsidRDefault="00D31DBE">
      <w:pPr>
        <w:rPr>
          <w:rFonts w:ascii="Times New Roman" w:hAnsi="Times New Roman" w:cs="Times New Roman"/>
          <w:sz w:val="28"/>
          <w:szCs w:val="28"/>
        </w:rPr>
      </w:pPr>
    </w:p>
    <w:p w14:paraId="6F29446E" w14:textId="3BBDD0D2" w:rsidR="000A1FAC" w:rsidRPr="00D31DBE" w:rsidRDefault="00D31DBE">
      <w:pPr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b/>
          <w:sz w:val="28"/>
          <w:szCs w:val="28"/>
        </w:rPr>
        <w:lastRenderedPageBreak/>
        <w:t>ATTACHED STUDENT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2628"/>
        <w:gridCol w:w="1728"/>
        <w:gridCol w:w="1728"/>
        <w:gridCol w:w="1728"/>
      </w:tblGrid>
      <w:tr w:rsidR="000A1FAC" w:rsidRPr="00D31DBE" w14:paraId="1CB0CCB3" w14:textId="77777777" w:rsidTr="00D31DBE">
        <w:trPr>
          <w:trHeight w:val="720"/>
        </w:trPr>
        <w:tc>
          <w:tcPr>
            <w:tcW w:w="828" w:type="dxa"/>
          </w:tcPr>
          <w:p w14:paraId="1D33309E" w14:textId="77777777" w:rsidR="000A1FAC" w:rsidRPr="00D31DBE" w:rsidRDefault="00000000" w:rsidP="00D31DB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1D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No.</w:t>
            </w:r>
          </w:p>
        </w:tc>
        <w:tc>
          <w:tcPr>
            <w:tcW w:w="2628" w:type="dxa"/>
          </w:tcPr>
          <w:p w14:paraId="4FDCCC3A" w14:textId="77777777" w:rsidR="000A1FAC" w:rsidRPr="00D31DBE" w:rsidRDefault="00000000" w:rsidP="00D31DB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1D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Student Name</w:t>
            </w:r>
          </w:p>
        </w:tc>
        <w:tc>
          <w:tcPr>
            <w:tcW w:w="1728" w:type="dxa"/>
          </w:tcPr>
          <w:p w14:paraId="6493BB10" w14:textId="77777777" w:rsidR="000A1FAC" w:rsidRPr="00D31DBE" w:rsidRDefault="00000000" w:rsidP="00D31DB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1D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Grade / Year</w:t>
            </w:r>
          </w:p>
        </w:tc>
        <w:tc>
          <w:tcPr>
            <w:tcW w:w="1728" w:type="dxa"/>
          </w:tcPr>
          <w:p w14:paraId="127C4788" w14:textId="77777777" w:rsidR="000A1FAC" w:rsidRPr="00D31DBE" w:rsidRDefault="00000000" w:rsidP="00D31DB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1D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Date of Birth</w:t>
            </w:r>
          </w:p>
        </w:tc>
        <w:tc>
          <w:tcPr>
            <w:tcW w:w="1728" w:type="dxa"/>
          </w:tcPr>
          <w:p w14:paraId="44D0E367" w14:textId="77777777" w:rsidR="000A1FAC" w:rsidRPr="00D31DBE" w:rsidRDefault="00000000" w:rsidP="00D31DB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1D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Remarks</w:t>
            </w:r>
          </w:p>
        </w:tc>
      </w:tr>
      <w:tr w:rsidR="000A1FAC" w:rsidRPr="00D31DBE" w14:paraId="5F0A0854" w14:textId="77777777" w:rsidTr="00D31DBE">
        <w:trPr>
          <w:trHeight w:val="576"/>
        </w:trPr>
        <w:tc>
          <w:tcPr>
            <w:tcW w:w="828" w:type="dxa"/>
            <w:vAlign w:val="center"/>
          </w:tcPr>
          <w:p w14:paraId="45A9A02E" w14:textId="77777777" w:rsidR="000A1FAC" w:rsidRPr="00D31DBE" w:rsidRDefault="00000000" w:rsidP="00D3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DB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28" w:type="dxa"/>
            <w:vAlign w:val="center"/>
          </w:tcPr>
          <w:p w14:paraId="1772E48C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2DB68E8D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4F8779D5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1B59CC94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FAC" w:rsidRPr="00D31DBE" w14:paraId="32C43A29" w14:textId="77777777" w:rsidTr="00D31DBE">
        <w:trPr>
          <w:trHeight w:val="576"/>
        </w:trPr>
        <w:tc>
          <w:tcPr>
            <w:tcW w:w="828" w:type="dxa"/>
            <w:vAlign w:val="center"/>
          </w:tcPr>
          <w:p w14:paraId="1EEE720F" w14:textId="77777777" w:rsidR="000A1FAC" w:rsidRPr="00D31DBE" w:rsidRDefault="00000000" w:rsidP="00D3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D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28" w:type="dxa"/>
            <w:vAlign w:val="center"/>
          </w:tcPr>
          <w:p w14:paraId="3C9A605F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096FFBD3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281C82EE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68D79D8E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FAC" w:rsidRPr="00D31DBE" w14:paraId="611A5D53" w14:textId="77777777" w:rsidTr="00D31DBE">
        <w:trPr>
          <w:trHeight w:val="576"/>
        </w:trPr>
        <w:tc>
          <w:tcPr>
            <w:tcW w:w="828" w:type="dxa"/>
            <w:vAlign w:val="center"/>
          </w:tcPr>
          <w:p w14:paraId="2CF80E1D" w14:textId="77777777" w:rsidR="000A1FAC" w:rsidRPr="00D31DBE" w:rsidRDefault="00000000" w:rsidP="00D3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DB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28" w:type="dxa"/>
            <w:vAlign w:val="center"/>
          </w:tcPr>
          <w:p w14:paraId="4342327F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5D98024F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2B9D782D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53182A44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FAC" w:rsidRPr="00D31DBE" w14:paraId="3FF4946B" w14:textId="77777777" w:rsidTr="00D31DBE">
        <w:trPr>
          <w:trHeight w:val="576"/>
        </w:trPr>
        <w:tc>
          <w:tcPr>
            <w:tcW w:w="828" w:type="dxa"/>
            <w:vAlign w:val="center"/>
          </w:tcPr>
          <w:p w14:paraId="4B7B2533" w14:textId="77777777" w:rsidR="000A1FAC" w:rsidRPr="00D31DBE" w:rsidRDefault="00000000" w:rsidP="00D3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DB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28" w:type="dxa"/>
            <w:vAlign w:val="center"/>
          </w:tcPr>
          <w:p w14:paraId="4E4EEC85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44D47FBC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27352BD6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3DDF70BB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FAC" w:rsidRPr="00D31DBE" w14:paraId="44F74FF0" w14:textId="77777777" w:rsidTr="00D31DBE">
        <w:trPr>
          <w:trHeight w:val="576"/>
        </w:trPr>
        <w:tc>
          <w:tcPr>
            <w:tcW w:w="828" w:type="dxa"/>
            <w:vAlign w:val="center"/>
          </w:tcPr>
          <w:p w14:paraId="24EEA896" w14:textId="77777777" w:rsidR="000A1FAC" w:rsidRPr="00D31DBE" w:rsidRDefault="00000000" w:rsidP="00D3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DB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28" w:type="dxa"/>
            <w:vAlign w:val="center"/>
          </w:tcPr>
          <w:p w14:paraId="72C6428E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3AF4270A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438A8260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33B86B40" w14:textId="77777777" w:rsidR="000A1FAC" w:rsidRPr="00D31DBE" w:rsidRDefault="000A1FAC" w:rsidP="00D31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EC29449" w14:textId="77777777" w:rsidR="000A1FAC" w:rsidRPr="00D31DBE" w:rsidRDefault="000A1FAC">
      <w:pPr>
        <w:rPr>
          <w:rFonts w:ascii="Times New Roman" w:hAnsi="Times New Roman" w:cs="Times New Roman"/>
          <w:sz w:val="28"/>
          <w:szCs w:val="28"/>
        </w:rPr>
      </w:pPr>
    </w:p>
    <w:p w14:paraId="69BF9626" w14:textId="77777777" w:rsidR="000A1FAC" w:rsidRPr="00D31DBE" w:rsidRDefault="00000000" w:rsidP="00D31DBE">
      <w:pPr>
        <w:jc w:val="both"/>
        <w:rPr>
          <w:rFonts w:ascii="Times New Roman" w:hAnsi="Times New Roman" w:cs="Times New Roman"/>
          <w:sz w:val="28"/>
          <w:szCs w:val="28"/>
        </w:rPr>
      </w:pPr>
      <w:r w:rsidRPr="00D31DBE">
        <w:rPr>
          <w:rFonts w:ascii="Times New Roman" w:hAnsi="Times New Roman" w:cs="Times New Roman"/>
          <w:sz w:val="28"/>
          <w:szCs w:val="28"/>
          <w:u w:val="single"/>
        </w:rPr>
        <w:t>School Certification:</w:t>
      </w:r>
      <w:r w:rsidRPr="00D31DBE">
        <w:rPr>
          <w:rFonts w:ascii="Times New Roman" w:hAnsi="Times New Roman" w:cs="Times New Roman"/>
          <w:sz w:val="28"/>
          <w:szCs w:val="28"/>
        </w:rPr>
        <w:t xml:space="preserve"> We certify that the students listed above are students of this school and that the information provided is accurate to the best of our knowledge.</w:t>
      </w:r>
    </w:p>
    <w:sectPr w:rsidR="000A1FAC" w:rsidRPr="00D31DB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9300639">
    <w:abstractNumId w:val="8"/>
  </w:num>
  <w:num w:numId="2" w16cid:durableId="1352798467">
    <w:abstractNumId w:val="6"/>
  </w:num>
  <w:num w:numId="3" w16cid:durableId="1838811042">
    <w:abstractNumId w:val="5"/>
  </w:num>
  <w:num w:numId="4" w16cid:durableId="1466317392">
    <w:abstractNumId w:val="4"/>
  </w:num>
  <w:num w:numId="5" w16cid:durableId="626668595">
    <w:abstractNumId w:val="7"/>
  </w:num>
  <w:num w:numId="6" w16cid:durableId="896402356">
    <w:abstractNumId w:val="3"/>
  </w:num>
  <w:num w:numId="7" w16cid:durableId="236981062">
    <w:abstractNumId w:val="2"/>
  </w:num>
  <w:num w:numId="8" w16cid:durableId="434400293">
    <w:abstractNumId w:val="1"/>
  </w:num>
  <w:num w:numId="9" w16cid:durableId="1292058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1FAC"/>
    <w:rsid w:val="0015074B"/>
    <w:rsid w:val="001E2960"/>
    <w:rsid w:val="0029639D"/>
    <w:rsid w:val="00326F90"/>
    <w:rsid w:val="00AA1D8D"/>
    <w:rsid w:val="00B47730"/>
    <w:rsid w:val="00BC3ED6"/>
    <w:rsid w:val="00CB0664"/>
    <w:rsid w:val="00D31DBE"/>
    <w:rsid w:val="00D923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F77890"/>
  <w14:defaultImageDpi w14:val="300"/>
  <w15:docId w15:val="{D1ACF0D1-76F2-4BA4-B8BB-3375C179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Subhashi Karunaratne</cp:lastModifiedBy>
  <cp:revision>3</cp:revision>
  <dcterms:created xsi:type="dcterms:W3CDTF">2013-12-23T23:15:00Z</dcterms:created>
  <dcterms:modified xsi:type="dcterms:W3CDTF">2026-09-18T07:27:00Z</dcterms:modified>
  <cp:category/>
</cp:coreProperties>
</file>